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End-of-Unit Assessment</w:t>
      </w:r>
    </w:p>
    <w:p>
      <w:pPr>
        <w:spacing w:after="40" w:before="0"/>
        <w:jc w:val="center"/>
      </w:pPr>
      <w:r>
        <w:rPr>
          <w:b/>
          <w:i w:val="0"/>
          <w:sz w:val="26"/>
        </w:rPr>
        <w:t>Number &amp; Operations</w:t>
      </w:r>
    </w:p>
    <w:p>
      <w:pPr>
        <w:spacing w:after="160" w:before="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200" w:before="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160" w:before="0"/>
      </w:pPr>
      <w:r>
        <w:rPr>
          <w:b w:val="0"/>
          <w:i/>
          <w:color w:val="555555"/>
          <w:sz w:val="20"/>
        </w:rPr>
        <w:t>Show your thinking. You may use estimation, models, or drawings. The last section is a Grade 6 challenge.</w:t>
      </w:r>
    </w:p>
    <w:p>
      <w:pPr>
        <w:spacing w:after="80" w:before="120"/>
      </w:pPr>
      <w:r>
        <w:rPr>
          <w:b/>
          <w:i w:val="0"/>
          <w:color w:val="1F4E79"/>
          <w:sz w:val="24"/>
        </w:rPr>
        <w:t>Part A - Place Value  (/6)</w:t>
      </w:r>
    </w:p>
    <w:p>
      <w:pPr>
        <w:spacing w:after="60" w:before="0"/>
      </w:pPr>
      <w:r>
        <w:rPr>
          <w:b/>
          <w:i w:val="0"/>
          <w:sz w:val="22"/>
        </w:rPr>
        <w:t>1.  Write 428 305 in words.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2.  Write the number: six hundred thousand, forty-two.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3.  Write 574 236 in expanded form.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4.  Order from least to greatest: 340 210, 304 120, 340 021, 304 210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5.  What is the value of the 7 in 3 704 000?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6.  Round 486 217 to the nearest thousand.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80" w:before="120"/>
      </w:pPr>
      <w:r>
        <w:rPr>
          <w:b/>
          <w:i w:val="0"/>
          <w:color w:val="1F4E79"/>
          <w:sz w:val="24"/>
        </w:rPr>
        <w:t>Part B - Operations  (/7)</w:t>
      </w:r>
    </w:p>
    <w:p>
      <w:pPr>
        <w:spacing w:after="60" w:before="0"/>
      </w:pPr>
      <w:r>
        <w:rPr>
          <w:b/>
          <w:i w:val="0"/>
          <w:sz w:val="22"/>
        </w:rPr>
        <w:t>7.  356 214 + 289 507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8.  803 000 - 457 260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9.  246 x 7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10.  58 x 34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11.  125 x 32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12.  87 div 6 =  (give the quotient and remainder)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13.  8 friends share 100 stickers equally. How many each, and how many left over?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80" w:before="120"/>
      </w:pPr>
      <w:r>
        <w:rPr>
          <w:b/>
          <w:i w:val="0"/>
          <w:color w:val="1F4E79"/>
          <w:sz w:val="24"/>
        </w:rPr>
        <w:t>Part C - Decimals  (/4)</w:t>
      </w:r>
    </w:p>
    <w:p>
      <w:pPr>
        <w:spacing w:after="60" w:before="0"/>
      </w:pPr>
      <w:r>
        <w:rPr>
          <w:b/>
          <w:i w:val="0"/>
          <w:sz w:val="22"/>
        </w:rPr>
        <w:t>14.  Write 'five and seventy-three thousandths' as a decimal.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15.  Order from least to greatest: 0.4, 0.42, 0.402, 0.24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16.  4.6 + 3.85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17.  9.20 - 5.437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80" w:before="120"/>
      </w:pPr>
      <w:r>
        <w:rPr>
          <w:b/>
          <w:i w:val="0"/>
          <w:color w:val="1F4E79"/>
          <w:sz w:val="24"/>
        </w:rPr>
        <w:t>Part D - Problem Solving  (/3)</w:t>
      </w:r>
    </w:p>
    <w:p>
      <w:pPr>
        <w:spacing w:after="60" w:before="0"/>
      </w:pPr>
      <w:r>
        <w:rPr>
          <w:b/>
          <w:i w:val="0"/>
          <w:sz w:val="22"/>
        </w:rPr>
        <w:t>18.  You have $50. You buy a book for $18.75 and a game for $22.50. How much change do you get?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19.  A class of 24 students needs 3 markers each. Markers come in packs of 8. How many packs are needed?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20.  Explain one strategy you used to check that an answer was reasonable.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80" w:before="120"/>
      </w:pPr>
      <w:r>
        <w:rPr>
          <w:b/>
          <w:i w:val="0"/>
          <w:color w:val="1F4E79"/>
          <w:sz w:val="24"/>
        </w:rPr>
        <w:t>Grade 6 Extension  (/7)  -  challenge</w:t>
      </w:r>
    </w:p>
    <w:p>
      <w:pPr>
        <w:spacing w:after="60" w:before="0"/>
      </w:pPr>
      <w:r>
        <w:rPr>
          <w:b/>
          <w:i w:val="0"/>
          <w:sz w:val="22"/>
        </w:rPr>
        <w:t>21.  Write a number between two billion and three billion. Then write the value of its billions digit.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60" w:before="0"/>
      </w:pPr>
      <w:r>
        <w:rPr>
          <w:b w:val="0"/>
          <w:i/>
          <w:color w:val="555555"/>
          <w:sz w:val="18"/>
        </w:rPr>
        <w:t>(Gr 6)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22.  Evaluate: 5 + 3 x (12 - 4)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60" w:before="0"/>
      </w:pPr>
      <w:r>
        <w:rPr>
          <w:b w:val="0"/>
          <w:i/>
          <w:color w:val="555555"/>
          <w:sz w:val="18"/>
        </w:rPr>
        <w:t>(Gr 6)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23.  Evaluate: (18 div 3) + 2 x 6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60" w:before="0"/>
      </w:pPr>
      <w:r>
        <w:rPr>
          <w:b w:val="0"/>
          <w:i/>
          <w:color w:val="555555"/>
          <w:sz w:val="18"/>
        </w:rPr>
        <w:t>(Gr 6)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24.  List all the factors of 24.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60" w:before="0"/>
      </w:pPr>
      <w:r>
        <w:rPr>
          <w:b w:val="0"/>
          <w:i/>
          <w:color w:val="555555"/>
          <w:sz w:val="18"/>
        </w:rPr>
        <w:t>(Gr 6)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25.  Write the first three common multiples of 4 and 6.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60" w:before="0"/>
      </w:pPr>
      <w:r>
        <w:rPr>
          <w:b w:val="0"/>
          <w:i/>
          <w:color w:val="555555"/>
          <w:sz w:val="18"/>
        </w:rPr>
        <w:t>(Gr 6)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26.  0.24 x 3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60" w:before="0"/>
      </w:pPr>
      <w:r>
        <w:rPr>
          <w:b w:val="0"/>
          <w:i/>
          <w:color w:val="555555"/>
          <w:sz w:val="18"/>
        </w:rPr>
        <w:t>(Gr 6)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27.  6.4 div 8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60" w:before="0"/>
      </w:pPr>
      <w:r>
        <w:rPr>
          <w:b w:val="0"/>
          <w:i/>
          <w:color w:val="555555"/>
          <w:sz w:val="18"/>
        </w:rPr>
        <w:t>(Gr 6)</w:t>
      </w:r>
    </w:p>
    <w:p>
      <w:pPr>
        <w:spacing w:after="1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sz w:val="12"/>
        </w:rPr>
      </w:r>
    </w:p>
    <w:p>
      <w:pPr>
        <w:spacing w:after="40" w:before="0"/>
      </w:pPr>
      <w:r>
        <w:rPr>
          <w:b/>
          <w:i w:val="0"/>
          <w:sz w:val="22"/>
        </w:rPr>
        <w:t>Total: ______ / 20  (Grade 5 core)          Extension: ______ / 7  (Grade 6)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